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5C8C"/>
          <w:sz w:val="32"/>
        </w:rPr>
        <w:t>INVOICE</w:t>
      </w:r>
    </w:p>
    <w:p>
      <w:r>
        <w:rPr>
          <w:i/>
        </w:rPr>
        <w:t>Pressure washing / exterior cleaning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From (business, address, phone, email)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Bill to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Service address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Invoice #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Service date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Due</w:t>
            </w:r>
          </w:p>
        </w:tc>
        <w:tc>
          <w:tcPr>
            <w:tcW w:type="dxa" w:w="6768"/>
          </w:tcPr>
          <w:p>
            <w:r>
              <w:t>On receipt / Net 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4968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1242"/>
          </w:tcPr>
          <w:p>
            <w:r>
              <w:rPr>
                <w:b/>
              </w:rPr>
              <w:t>Qty</w:t>
            </w:r>
          </w:p>
        </w:tc>
        <w:tc>
          <w:tcPr>
            <w:tcW w:type="dxa" w:w="1242"/>
          </w:tcPr>
          <w:p>
            <w:r>
              <w:rPr>
                <w:b/>
              </w:rPr>
              <w:t>Unit</w:t>
            </w:r>
          </w:p>
        </w:tc>
        <w:tc>
          <w:tcPr>
            <w:tcW w:type="dxa" w:w="1242"/>
          </w:tcPr>
          <w:p>
            <w:r>
              <w:rPr>
                <w:b/>
              </w:rPr>
              <w:t>Rate</w:t>
            </w:r>
          </w:p>
        </w:tc>
        <w:tc>
          <w:tcPr>
            <w:tcW w:type="dxa" w:w="1242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4968"/>
          </w:tcPr>
          <w:p>
            <w:r>
              <w:t>House wash (soft wash) - ____ story, ________ siding</w:t>
            </w:r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>
              <w:t>sq ft</w:t>
            </w:r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</w:tr>
      <w:tr>
        <w:tc>
          <w:tcPr>
            <w:tcW w:type="dxa" w:w="4968"/>
          </w:tcPr>
          <w:p>
            <w:r>
              <w:t>Driveway / walkways</w:t>
            </w:r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>
              <w:t>sq ft</w:t>
            </w:r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</w:tr>
      <w:tr>
        <w:tc>
          <w:tcPr>
            <w:tcW w:type="dxa" w:w="4968"/>
          </w:tcPr>
          <w:p>
            <w:r>
              <w:t>Patio / deck</w:t>
            </w:r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>
              <w:t>sq ft</w:t>
            </w:r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</w:tr>
      <w:tr>
        <w:tc>
          <w:tcPr>
            <w:tcW w:type="dxa" w:w="4968"/>
          </w:tcPr>
          <w:p>
            <w:r>
              <w:t>Roof soft wash</w:t>
            </w:r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>
              <w:t>sq ft</w:t>
            </w:r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</w:tr>
      <w:tr>
        <w:tc>
          <w:tcPr>
            <w:tcW w:type="dxa" w:w="4968"/>
          </w:tcPr>
          <w:p>
            <w:r>
              <w:t>Gutter exterior brightening / clean-out</w:t>
            </w:r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>
              <w:t>lin ft</w:t>
            </w:r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</w:tr>
      <w:tr>
        <w:tc>
          <w:tcPr>
            <w:tcW w:type="dxa" w:w="4968"/>
          </w:tcPr>
          <w:p>
            <w:r>
              <w:t>Windows, exterior</w:t>
            </w:r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>
              <w:t>each</w:t>
            </w:r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</w:tr>
      <w:tr>
        <w:tc>
          <w:tcPr>
            <w:tcW w:type="dxa" w:w="4968"/>
          </w:tcPr>
          <w:p>
            <w:r>
              <w:t>Minimum-charge adjustment</w:t>
            </w:r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</w:tr>
      <w:tr>
        <w:tc>
          <w:tcPr>
            <w:tcW w:type="dxa" w:w="4968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</w:tr>
      <w:tr>
        <w:tc>
          <w:tcPr>
            <w:tcW w:type="dxa" w:w="4968"/>
          </w:tcPr>
          <w:p>
            <w:r>
              <w:t>Subtotal</w:t>
            </w:r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</w:tr>
      <w:tr>
        <w:tc>
          <w:tcPr>
            <w:tcW w:type="dxa" w:w="4968"/>
          </w:tcPr>
          <w:p>
            <w:r>
              <w:t>Sales tax (if your state taxes this service) ____%</w:t>
            </w:r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</w:tr>
      <w:tr>
        <w:tc>
          <w:tcPr>
            <w:tcW w:type="dxa" w:w="4968"/>
          </w:tcPr>
          <w:p>
            <w:r>
              <w:t>Deposit / payments received</w:t>
            </w:r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</w:tr>
      <w:tr>
        <w:tc>
          <w:tcPr>
            <w:tcW w:type="dxa" w:w="4968"/>
          </w:tcPr>
          <w:p>
            <w:r>
              <w:t>BALANCE DUE</w:t>
            </w:r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Payment methods</w:t>
            </w:r>
          </w:p>
        </w:tc>
        <w:tc>
          <w:tcPr>
            <w:tcW w:type="dxa" w:w="6768"/>
          </w:tcPr>
          <w:p>
            <w:r>
              <w:t>Card / ACH / check payable to ________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Late fee</w:t>
            </w:r>
          </w:p>
        </w:tc>
        <w:tc>
          <w:tcPr>
            <w:tcW w:type="dxa" w:w="6768"/>
          </w:tcPr>
          <w:p>
            <w:r>
              <w:t>____% after ____ days (only where allowed)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Next recommended service</w:t>
            </w:r>
          </w:p>
        </w:tc>
        <w:tc>
          <w:tcPr>
            <w:tcW w:type="dxa" w:w="6768"/>
          </w:tcPr>
          <w:p>
            <w:r>
              <w:t>________ (month / year)</w:t>
            </w:r>
          </w:p>
        </w:tc>
      </w:tr>
    </w:tbl>
    <w:p/>
    <w:p>
      <w:r>
        <w:rPr>
          <w:i/>
          <w:sz w:val="18"/>
        </w:rPr>
        <w:t>Mark PAID with the date and method to use this as a receipt.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ExteriorClean HQ (exteriorcleanhq.com).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